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הקלפי -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ההצבעה בדמוקרטיה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מונחים הקשורים לקלפי ולמערכת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קופסה להכנסת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אזרח שמלאו לו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לשמור על סדר ויושר בהצבעה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גיל ההצבעה בישראל הוא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מעקרונות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אזרח מצביע פעם אחת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(קופסה להכנסת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(שיטת שלטון שבה העם 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(נייר עם אות של מפלגה)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(צוות ששומר על הסדר בהצבעה)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תהליך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המצביע מגיע לקלפי עם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בודקת את זהות המצביע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המצביע בוחר פתק בתא המיון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המצביע מכניס את הפתק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ההצבעה היא הדרך של האזרחים להשפיע על מי שינהיג את המדינה ולהביע את דעתם בתהליך דמוקרטי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קופסה להכנסת פתק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אחד יצביע בחופשיות וללא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חדר הבריחה ולבקש מהתלמידים למצוא קשר בין המשימות למושגים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חשיבות ההשתתפות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הדמיה קצרה של תהליך הצבעה בכיתה באמצעות פתקים מדומים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הקלפי -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מעולם הבחירות: הקלפי, הפתק, הכנסת וזכות ההצבעה - בדיוק כמו במסע שעשיתם בחדר הבריחה.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הכנסת  ·  קלפי  ·  18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קופסה להכנסת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בניין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רשאי להצביע בבחירות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סטודנטים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אזרח שמלאו לו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תפקידה של ועדת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לשמור על סדר ויושר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למכור פתקים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אזרח ישראלי בגיל 16 רשאי להצביע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ההצבעה בבחירות היא חשאית וסודית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להצביע יותר מפעם אחת באותן 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הקופסה שבה מכניסים את פתק ההצבעה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גיל ההצבעה החוקי בישראל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בית הנבחרים של מדינת ישראל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נייר עם אות של 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קופסה להכנסת פתק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צוות ששומר על הסדר בהצבעה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שיטת שלטון שבה העם בוחר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תהליך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ועדת הקלפי בודקת את זהות המצביע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המצביע מכניס את הפתק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המצביע מגיע לקלפי עם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המצביע בוחר פתק בתא המיון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חשוב להצביע בבחירות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גיל ההצבעה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אל הקלפי -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