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מסע אל הקלפי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אל הקלפי -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בתהליך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ההצבעה בדמוקרטיה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מונחים הקשורים לקלפי ולמערכת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קופסה להכנסת פתק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אזרח שמלאו לו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שאף אחד לא יודע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לשמור על סדר ויושר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מכניסים אותו למעטפה ולקלפי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גיל ההצבעה בישראל הוא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מעקרונות הדמוקרטיה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אזרח מצביע פעם אחת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המוסד המחוקק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תפקידה לוודא הליך תקין והוגן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מצביע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(קופסה להכנסת פתק ההצבעה)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(שיטת שלטון שבה העם בוחר)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(נייר עם אות של מפלגה)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(צוות ששומר על הסדר בהצבעה)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(בית הנבחרים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תהליך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המצביע מגיע לקלפי עם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הקלפי בודקת את זהות המצביע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המצביע בוחר פתק בתא המיון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המצביע מכניס את הפתק למעטפה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המצביע מטיל את המעטפה 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ההצבעה היא הדרך של האזרחים להשפיע על מי שינהיג את המדינה ולהביע את דעתם בתהליך דמוקרטי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אדם יוכל להצביע לפי מצפונו בלי פחד או לחץ מצד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קופסה להכנסת פתק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שכל אחד יצביע בחופשיות וללא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חדר הבריחה ולבקש מהתלמידים למצוא קשר בין המשימות למושגים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בכיתה על חשיבות ההשתתפות בבחירות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הדמיה קצרה של תהליך הצבעה בכיתה באמצעות פתקים מדומים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מסע אל הקלפי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אל הקלפי -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על בחירות: קלפי, פתק הצבעה, כנסת. המילים האלה קשורות למשחק שעשינו.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הקופסה שבה שמים את פתק ההצבעה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קטן שעליו כתובה האות של המפלגה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החוקית של כל אזרח בוגר להצביע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שלטון שבה העם בוחר את מנהיגיו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הכנסת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הנבחרים של מדינת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מצביע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שבא לקלפי כדי להצביע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ועדת 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שאחראי על סדר ויושר בקלפי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סודיות ההצבעה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העיקרון שאף אחד לא יודע למי הצבעת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קופסה להכנסת פתק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בניין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יכול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סטודנטים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אזרח שמלאו לו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תושבי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סודיות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שההצבעה מתפרסמת למחרת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שאף אחד לא יודע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שרק ראש הממשלה 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שצריך להצביע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ועדת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סדר ויושר בהצבעה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למכור 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לנאום לציבור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לבית הנבחרים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הסנאט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הפרלמנט האירופי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עם פתק ההצבעה אחרי שבוחרים?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שומרים אותו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מכניסים אותו למעטפה ולקלפי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מראים אותו לחברים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אזרח ישראלי בגיל 16 רשאי להצביע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ההצבעה בבחירות היא חשאית וסודית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להצביע יותר מפעם אחת באותן 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היא בית הנבחרים של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אחראית לשמור על סדר ההצבעה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הקופסה שבה מכניסים את פתק ההצבעה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גיל ההצבעה החוקי בישראל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בית הנבחרים של מדינת 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העיקרון שלפיו אף אחד לא יודע למי הצבעת נקרא __________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האדם שבא לקלפי כדי להצביע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שיטת שלטון שבה העם בוחר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בית הנבחרים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פתק הצבעה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קופסה להכנסת פתק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ועדת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נייר עם אות של מפלגה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צוות ששומר על הסדר בהצבעה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תהליך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מכניס את הפתק למעטפה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מגיע לקלפי עם תעודת 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מטיל את המעטפה לקלפי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בוחר פתק בתא המיון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בודקת את זהות המצביע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להצביע בבחירות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הסודיות בהצבעה חשובה כל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גיל ההצבעה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לשמור על סודיות ההצבעה?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אל הקלפי - בחירות ודמוקרטיה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