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ההצבעה 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הקשורים לקלפי ולמערכת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להכנסת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שמלאו לו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על סדר ויושר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מכניסים אותו למעטפה ולקלפי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 ההצבעה בישראל הוא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אזרח מצביע פעם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המוסד המחוקק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תפקידה לוודא הליך תקין והוגן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(קופסה להכנסת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(שיטת שלטון שבה העם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(נייר עם אות של 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(צוות ששומר על הסדר בהצבעה)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(בית הנבחרים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זהות המצביע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בוחר פתק בתא המיון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המצביע מכניס את הפתק למעטפה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המצביע מטיל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ההצבעה היא הדרך של האזרחים להשפיע על מי שינהיג את המדינה ולהביע את דעתם בתהליך דמוקרטי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אדם יוכל להצביע לפי מצפונו בלי פחד או לחץ מצד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קופסה להכנסת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אחד יצביע בחופשיות וללא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חדר הבריחה ולבקש מהתלמידים למצוא קשר בין המשימות למושגים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חשיבות ההשתתפות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הדמיה קצרה של תהליך הצבעה בכיתה באמצעות פתקים מדומים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מעולם הבחירות: הקלפי, הפתק, הכנסת וזכות ההצבעה - בדיוק כמו במסע שעשיתם בחדר הבריחה.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קופסה להכנסת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רשאי להצביע בבחירות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סטודנטים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 שמלאו לו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תושבי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סודיות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שההצבעה מתפרסמת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שרק ראש הממשלה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להצביע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תפקידה של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סדר ויושר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למכור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לנאום לציבור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כיצד נקרא בית הנבחרים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הסנאט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הפרלמנט האירופי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עם פתק ההצבעה אחרי שבוחרים?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אותו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אותו למעטפה ולקלפי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מראים אותו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ישראלי בגיל 16 רשאי להצביע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בבחירות היא חשאית וסודית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יותר מפעם אחת באותן 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בית הנבחרים של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אחראית לשמור על סדר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הקופסה שבה מכניסים את פתק ההצבעה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גיל ההצבעה החוקי בישראל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בית הנבחרים של מדינת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שלפיו אף אחד לא יודע למי הצבעת נקרא __________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שבא לקלפי כדי להצביע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הנבחרים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קופסה להכנסת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צוות ששומר על הסדר בהצבעה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נייר עם אות של 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שיטת שלטון שבה העם בוחר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הפתק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בוחר פתק בתא המיון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מטיל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מגיע לקלפי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בודקת את זהות המצביע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להצביע בבחירות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הסודיות בהצבעה חשובה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גיל ההצבעה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לשמור על סודיות ההצבעה?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הקלפי -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